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5FDD" w14:textId="32823BD7" w:rsidR="00FE0F36" w:rsidRDefault="00000000">
      <w:pPr>
        <w:spacing w:after="360"/>
        <w:jc w:val="center"/>
      </w:pPr>
      <w:r>
        <w:rPr>
          <w:b/>
          <w:color w:val="1B365D"/>
          <w:sz w:val="28"/>
        </w:rPr>
        <w:t xml:space="preserve">AUTHOR DECLARATION </w:t>
      </w:r>
    </w:p>
    <w:p w14:paraId="1BFAA1A4" w14:textId="77777777" w:rsidR="00FE0F36" w:rsidRPr="00306F01" w:rsidRDefault="00000000">
      <w:pPr>
        <w:spacing w:after="240"/>
        <w:rPr>
          <w:bCs/>
        </w:rPr>
      </w:pPr>
      <w:r w:rsidRPr="00306F01">
        <w:rPr>
          <w:bCs/>
        </w:rPr>
        <w:t>I, the undersigned author:</w:t>
      </w:r>
    </w:p>
    <w:tbl>
      <w:tblPr>
        <w:tblW w:w="9360" w:type="dxa"/>
        <w:tblLayout w:type="fixed"/>
        <w:tblLook w:val="04A0" w:firstRow="1" w:lastRow="0" w:firstColumn="1" w:lastColumn="0" w:noHBand="0" w:noVBand="1"/>
      </w:tblPr>
      <w:tblGrid>
        <w:gridCol w:w="2880"/>
        <w:gridCol w:w="6480"/>
      </w:tblGrid>
      <w:tr w:rsidR="00FE0F36" w:rsidRPr="00306F01" w14:paraId="1B221557" w14:textId="77777777" w:rsidTr="00306F01">
        <w:tc>
          <w:tcPr>
            <w:tcW w:w="2880" w:type="dxa"/>
          </w:tcPr>
          <w:p w14:paraId="7917C9E5" w14:textId="77777777" w:rsidR="00FE0F36" w:rsidRPr="00306F01" w:rsidRDefault="00000000" w:rsidP="00306F01">
            <w:pPr>
              <w:spacing w:after="0"/>
              <w:rPr>
                <w:bCs/>
              </w:rPr>
            </w:pPr>
            <w:r w:rsidRPr="00306F01">
              <w:rPr>
                <w:bCs/>
              </w:rPr>
              <w:t>Full Name</w:t>
            </w:r>
          </w:p>
        </w:tc>
        <w:tc>
          <w:tcPr>
            <w:tcW w:w="6480" w:type="dxa"/>
          </w:tcPr>
          <w:p w14:paraId="20A954AC" w14:textId="1523EACF" w:rsidR="00FE0F36" w:rsidRPr="00306F01" w:rsidRDefault="00000000" w:rsidP="00306F01">
            <w:pPr>
              <w:spacing w:after="0"/>
              <w:rPr>
                <w:bCs/>
              </w:rPr>
            </w:pPr>
            <w:r w:rsidRPr="00306F01">
              <w:rPr>
                <w:bCs/>
              </w:rPr>
              <w:t>:</w:t>
            </w:r>
            <w:r w:rsidR="00306F01" w:rsidRPr="00306F01">
              <w:rPr>
                <w:bCs/>
              </w:rPr>
              <w:t xml:space="preserve"> ………………………………</w:t>
            </w:r>
          </w:p>
        </w:tc>
      </w:tr>
      <w:tr w:rsidR="00FE0F36" w:rsidRPr="00306F01" w14:paraId="4B0320AB" w14:textId="77777777" w:rsidTr="00306F01">
        <w:tc>
          <w:tcPr>
            <w:tcW w:w="2880" w:type="dxa"/>
          </w:tcPr>
          <w:p w14:paraId="05996FB1" w14:textId="77777777" w:rsidR="00FE0F36" w:rsidRPr="00306F01" w:rsidRDefault="00000000" w:rsidP="00306F01">
            <w:pPr>
              <w:spacing w:after="0"/>
              <w:rPr>
                <w:bCs/>
              </w:rPr>
            </w:pPr>
            <w:r w:rsidRPr="00306F01">
              <w:rPr>
                <w:bCs/>
              </w:rPr>
              <w:t>Affiliation</w:t>
            </w:r>
          </w:p>
        </w:tc>
        <w:tc>
          <w:tcPr>
            <w:tcW w:w="6480" w:type="dxa"/>
          </w:tcPr>
          <w:p w14:paraId="6A5E9EE8" w14:textId="1DF3D2F4" w:rsidR="00FE0F36" w:rsidRPr="00306F01" w:rsidRDefault="00000000" w:rsidP="00306F01">
            <w:pPr>
              <w:spacing w:after="0"/>
              <w:rPr>
                <w:bCs/>
              </w:rPr>
            </w:pPr>
            <w:r w:rsidRPr="00306F01">
              <w:rPr>
                <w:bCs/>
              </w:rPr>
              <w:t xml:space="preserve">: </w:t>
            </w:r>
            <w:r w:rsidR="00306F01" w:rsidRPr="00306F01">
              <w:rPr>
                <w:bCs/>
              </w:rPr>
              <w:t>………………………………</w:t>
            </w:r>
          </w:p>
        </w:tc>
      </w:tr>
      <w:tr w:rsidR="00FE0F36" w:rsidRPr="00306F01" w14:paraId="6A94E575" w14:textId="77777777" w:rsidTr="00306F01">
        <w:tc>
          <w:tcPr>
            <w:tcW w:w="2880" w:type="dxa"/>
          </w:tcPr>
          <w:p w14:paraId="520919A9" w14:textId="77777777" w:rsidR="00FE0F36" w:rsidRPr="00306F01" w:rsidRDefault="00000000" w:rsidP="00306F01">
            <w:pPr>
              <w:spacing w:after="0"/>
              <w:rPr>
                <w:bCs/>
              </w:rPr>
            </w:pPr>
            <w:r w:rsidRPr="00306F01">
              <w:rPr>
                <w:bCs/>
              </w:rPr>
              <w:t>Email Address</w:t>
            </w:r>
          </w:p>
        </w:tc>
        <w:tc>
          <w:tcPr>
            <w:tcW w:w="6480" w:type="dxa"/>
          </w:tcPr>
          <w:p w14:paraId="422A448E" w14:textId="051980EE" w:rsidR="00FE0F36" w:rsidRPr="00306F01" w:rsidRDefault="00000000" w:rsidP="00306F01">
            <w:pPr>
              <w:spacing w:after="0"/>
              <w:rPr>
                <w:bCs/>
              </w:rPr>
            </w:pPr>
            <w:r w:rsidRPr="00306F01">
              <w:rPr>
                <w:bCs/>
              </w:rPr>
              <w:t xml:space="preserve">: </w:t>
            </w:r>
            <w:r w:rsidR="00306F01" w:rsidRPr="00306F01">
              <w:rPr>
                <w:bCs/>
              </w:rPr>
              <w:t>………………………………</w:t>
            </w:r>
          </w:p>
        </w:tc>
      </w:tr>
      <w:tr w:rsidR="00FE0F36" w:rsidRPr="00306F01" w14:paraId="78749A31" w14:textId="77777777" w:rsidTr="00306F01">
        <w:tc>
          <w:tcPr>
            <w:tcW w:w="2880" w:type="dxa"/>
          </w:tcPr>
          <w:p w14:paraId="6D33AC97" w14:textId="77777777" w:rsidR="00FE0F36" w:rsidRPr="00306F01" w:rsidRDefault="00000000" w:rsidP="00306F01">
            <w:pPr>
              <w:spacing w:after="0"/>
              <w:rPr>
                <w:bCs/>
              </w:rPr>
            </w:pPr>
            <w:r w:rsidRPr="00306F01">
              <w:rPr>
                <w:bCs/>
              </w:rPr>
              <w:t>Paper Title</w:t>
            </w:r>
          </w:p>
        </w:tc>
        <w:tc>
          <w:tcPr>
            <w:tcW w:w="6480" w:type="dxa"/>
          </w:tcPr>
          <w:p w14:paraId="72711D0E" w14:textId="3E73E521" w:rsidR="00FE0F36" w:rsidRPr="00306F01" w:rsidRDefault="00000000" w:rsidP="00306F01">
            <w:pPr>
              <w:spacing w:after="0"/>
              <w:rPr>
                <w:bCs/>
              </w:rPr>
            </w:pPr>
            <w:r w:rsidRPr="00306F01">
              <w:rPr>
                <w:bCs/>
              </w:rPr>
              <w:t>: ………………………………</w:t>
            </w:r>
          </w:p>
        </w:tc>
      </w:tr>
    </w:tbl>
    <w:p w14:paraId="68D0715A" w14:textId="77777777" w:rsidR="00FE0F36" w:rsidRDefault="00000000">
      <w:pPr>
        <w:spacing w:before="240" w:after="240"/>
      </w:pPr>
      <w:r>
        <w:rPr>
          <w:i/>
        </w:rPr>
        <w:t>On behalf of all authors, hereby declare and state that:</w:t>
      </w:r>
    </w:p>
    <w:p w14:paraId="41D4CD56" w14:textId="5004737E" w:rsidR="00306F01" w:rsidRPr="00306F01" w:rsidRDefault="00000000" w:rsidP="00306F01">
      <w:pPr>
        <w:pStyle w:val="ListParagraph"/>
        <w:numPr>
          <w:ilvl w:val="0"/>
          <w:numId w:val="10"/>
        </w:numPr>
        <w:spacing w:after="160"/>
        <w:jc w:val="both"/>
      </w:pPr>
      <w:r w:rsidRPr="00306F01">
        <w:t xml:space="preserve">I confirm my attendance </w:t>
      </w:r>
      <w:r w:rsidR="000F1A22">
        <w:t>as presenter</w:t>
      </w:r>
      <w:r w:rsidRPr="00306F01">
        <w:t xml:space="preserve"> in </w:t>
      </w:r>
      <w:r w:rsidR="00306F01" w:rsidRPr="00306F01">
        <w:t>the</w:t>
      </w:r>
      <w:r w:rsidRPr="00306F01">
        <w:t xml:space="preserve"> 6</w:t>
      </w:r>
      <w:r w:rsidRPr="00306F01">
        <w:rPr>
          <w:vertAlign w:val="superscript"/>
        </w:rPr>
        <w:t>th</w:t>
      </w:r>
      <w:r w:rsidRPr="00306F01">
        <w:t xml:space="preserve"> International Seminar on Science and Technology (ISST) held by Universitas Terbuka and to publish my paper in the Scopus-indexed proceeding, subject to the editorial and publication process conducted by the designated publisher.</w:t>
      </w:r>
    </w:p>
    <w:p w14:paraId="565AD41F" w14:textId="77777777" w:rsidR="00306F01" w:rsidRPr="00306F01" w:rsidRDefault="00000000" w:rsidP="00306F01">
      <w:pPr>
        <w:pStyle w:val="ListParagraph"/>
        <w:numPr>
          <w:ilvl w:val="0"/>
          <w:numId w:val="10"/>
        </w:numPr>
        <w:spacing w:after="160"/>
        <w:jc w:val="both"/>
      </w:pPr>
      <w:r w:rsidRPr="00306F01">
        <w:t>I declare that the submitted paper is an original work, has not been previously published, and is not currently under consideration for publication elsewhere.</w:t>
      </w:r>
    </w:p>
    <w:p w14:paraId="57A30AC3" w14:textId="77777777" w:rsidR="00306F01" w:rsidRPr="00306F01" w:rsidRDefault="00000000" w:rsidP="00306F01">
      <w:pPr>
        <w:pStyle w:val="ListParagraph"/>
        <w:numPr>
          <w:ilvl w:val="0"/>
          <w:numId w:val="10"/>
        </w:numPr>
        <w:spacing w:after="160"/>
        <w:jc w:val="both"/>
      </w:pPr>
      <w:r w:rsidRPr="00306F01">
        <w:t>I agree to prepare, revise, and submit the final manuscript in full compliance with the publisher's author guidelines and to ensure the accuracy and completeness of all article metadata submitted through the conference management system.</w:t>
      </w:r>
    </w:p>
    <w:p w14:paraId="3C1FB1DE" w14:textId="77777777" w:rsidR="00306F01" w:rsidRPr="00306F01" w:rsidRDefault="00000000" w:rsidP="00306F01">
      <w:pPr>
        <w:pStyle w:val="ListParagraph"/>
        <w:numPr>
          <w:ilvl w:val="0"/>
          <w:numId w:val="10"/>
        </w:numPr>
        <w:spacing w:after="160"/>
        <w:jc w:val="both"/>
      </w:pPr>
      <w:r w:rsidRPr="00306F01">
        <w:t>I acknowledge that the acceptance of my paper is conditional and subject to final evaluation by the publisher's editorial board. I hereby agree to comply with all editorial, ethical, and technical requirements and accept all consequences arising from the editorial decisions, evaluation outcomes, or publication process, including but not limited to revision requests, delays, or rejection.</w:t>
      </w:r>
    </w:p>
    <w:p w14:paraId="497CDC8B" w14:textId="77777777" w:rsidR="00306F01" w:rsidRPr="00306F01" w:rsidRDefault="00000000" w:rsidP="00306F01">
      <w:pPr>
        <w:pStyle w:val="ListParagraph"/>
        <w:numPr>
          <w:ilvl w:val="0"/>
          <w:numId w:val="10"/>
        </w:numPr>
        <w:spacing w:after="160"/>
        <w:jc w:val="both"/>
      </w:pPr>
      <w:r w:rsidRPr="00306F01">
        <w:t>I declare that all data, analyses, references, and authorship listed in the paper adhere to principles of academic integrity and publication ethics. Any violation, including plagiarism or data misconduct, is my full responsibility.</w:t>
      </w:r>
    </w:p>
    <w:p w14:paraId="6F053ECC" w14:textId="139456A6" w:rsidR="00FE0F36" w:rsidRPr="00306F01" w:rsidRDefault="00A34357" w:rsidP="00306F01">
      <w:pPr>
        <w:pStyle w:val="ListParagraph"/>
        <w:numPr>
          <w:ilvl w:val="0"/>
          <w:numId w:val="10"/>
        </w:numPr>
        <w:spacing w:after="160"/>
        <w:jc w:val="both"/>
      </w:pPr>
      <w:r w:rsidRPr="00A34357">
        <w:t>I explicitly acknowledge and agree that once the conference registration and publication fee are paid, they are strictly non-refundable under any circumstances, including in the event that the article is ultimately rejected or not accepted for publication by the publisher's editorial board.</w:t>
      </w:r>
    </w:p>
    <w:p w14:paraId="3746FD43" w14:textId="77777777" w:rsidR="00FE0F36" w:rsidRDefault="00000000" w:rsidP="00306F01">
      <w:pPr>
        <w:spacing w:before="240" w:after="0"/>
        <w:jc w:val="both"/>
      </w:pPr>
      <w:r>
        <w:t>This declaration is made truthfully and consciously. I understand that this document serves as an official and legally binding statement for conference administration and publication purposes.</w:t>
      </w:r>
    </w:p>
    <w:p w14:paraId="4B5965D2" w14:textId="77777777" w:rsidR="00306F01" w:rsidRDefault="00306F01" w:rsidP="00306F01">
      <w:pPr>
        <w:spacing w:before="240" w:after="0"/>
        <w:jc w:val="both"/>
      </w:pPr>
    </w:p>
    <w:tbl>
      <w:tblPr>
        <w:tblW w:w="0" w:type="auto"/>
        <w:tblLayout w:type="fixed"/>
        <w:tblLook w:val="04A0" w:firstRow="1" w:lastRow="0" w:firstColumn="1" w:lastColumn="0" w:noHBand="0" w:noVBand="1"/>
      </w:tblPr>
      <w:tblGrid>
        <w:gridCol w:w="4514"/>
        <w:gridCol w:w="4514"/>
      </w:tblGrid>
      <w:tr w:rsidR="00FE0F36" w14:paraId="756EEFBE" w14:textId="77777777" w:rsidTr="00306F01">
        <w:tc>
          <w:tcPr>
            <w:tcW w:w="4514" w:type="dxa"/>
          </w:tcPr>
          <w:p w14:paraId="396ED592" w14:textId="77777777" w:rsidR="00FE0F36" w:rsidRDefault="00FE0F36"/>
        </w:tc>
        <w:tc>
          <w:tcPr>
            <w:tcW w:w="4514" w:type="dxa"/>
          </w:tcPr>
          <w:p w14:paraId="6C0420E5" w14:textId="5918183D" w:rsidR="00FE0F36" w:rsidRDefault="00000000">
            <w:pPr>
              <w:spacing w:after="360"/>
            </w:pPr>
            <w:r>
              <w:t xml:space="preserve">Place &amp; </w:t>
            </w:r>
            <w:r w:rsidR="00306F01">
              <w:t>Date:</w:t>
            </w:r>
            <w:r>
              <w:t xml:space="preserve"> ____________________</w:t>
            </w:r>
          </w:p>
        </w:tc>
      </w:tr>
      <w:tr w:rsidR="00FE0F36" w14:paraId="25E83FE0" w14:textId="77777777" w:rsidTr="00306F01">
        <w:tc>
          <w:tcPr>
            <w:tcW w:w="4514" w:type="dxa"/>
          </w:tcPr>
          <w:p w14:paraId="3BF04449" w14:textId="77777777" w:rsidR="00FE0F36" w:rsidRDefault="00FE0F36"/>
        </w:tc>
        <w:tc>
          <w:tcPr>
            <w:tcW w:w="4514" w:type="dxa"/>
          </w:tcPr>
          <w:p w14:paraId="0B786C87" w14:textId="77777777" w:rsidR="00FE0F36" w:rsidRDefault="00000000">
            <w:pPr>
              <w:spacing w:after="960"/>
            </w:pPr>
            <w:r>
              <w:t>Signature :</w:t>
            </w:r>
          </w:p>
        </w:tc>
      </w:tr>
      <w:tr w:rsidR="00FE0F36" w14:paraId="688241FC" w14:textId="77777777" w:rsidTr="00306F01">
        <w:tc>
          <w:tcPr>
            <w:tcW w:w="4514" w:type="dxa"/>
          </w:tcPr>
          <w:p w14:paraId="59E73D21" w14:textId="77777777" w:rsidR="00FE0F36" w:rsidRDefault="00FE0F36"/>
        </w:tc>
        <w:tc>
          <w:tcPr>
            <w:tcW w:w="4514" w:type="dxa"/>
          </w:tcPr>
          <w:p w14:paraId="17210324" w14:textId="77777777" w:rsidR="00FE0F36" w:rsidRDefault="00000000">
            <w:r>
              <w:t>Name : ____________________</w:t>
            </w:r>
          </w:p>
        </w:tc>
      </w:tr>
    </w:tbl>
    <w:p w14:paraId="3B0E3867" w14:textId="77777777" w:rsidR="006657BB" w:rsidRDefault="006657BB"/>
    <w:sectPr w:rsidR="006657BB"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FB00A79"/>
    <w:multiLevelType w:val="hybridMultilevel"/>
    <w:tmpl w:val="E8A6C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385904">
    <w:abstractNumId w:val="8"/>
  </w:num>
  <w:num w:numId="2" w16cid:durableId="1374160118">
    <w:abstractNumId w:val="6"/>
  </w:num>
  <w:num w:numId="3" w16cid:durableId="1101334688">
    <w:abstractNumId w:val="5"/>
  </w:num>
  <w:num w:numId="4" w16cid:durableId="646276351">
    <w:abstractNumId w:val="4"/>
  </w:num>
  <w:num w:numId="5" w16cid:durableId="336881138">
    <w:abstractNumId w:val="7"/>
  </w:num>
  <w:num w:numId="6" w16cid:durableId="565530967">
    <w:abstractNumId w:val="3"/>
  </w:num>
  <w:num w:numId="7" w16cid:durableId="286011311">
    <w:abstractNumId w:val="2"/>
  </w:num>
  <w:num w:numId="8" w16cid:durableId="1489783592">
    <w:abstractNumId w:val="1"/>
  </w:num>
  <w:num w:numId="9" w16cid:durableId="2129348875">
    <w:abstractNumId w:val="0"/>
  </w:num>
  <w:num w:numId="10" w16cid:durableId="535191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D85"/>
    <w:rsid w:val="00034616"/>
    <w:rsid w:val="0006063C"/>
    <w:rsid w:val="000F1A22"/>
    <w:rsid w:val="0015074B"/>
    <w:rsid w:val="0029639D"/>
    <w:rsid w:val="00306F01"/>
    <w:rsid w:val="00326F90"/>
    <w:rsid w:val="006657BB"/>
    <w:rsid w:val="00A34357"/>
    <w:rsid w:val="00AA1D8D"/>
    <w:rsid w:val="00B47730"/>
    <w:rsid w:val="00CB0664"/>
    <w:rsid w:val="00E477F9"/>
    <w:rsid w:val="00FC693F"/>
    <w:rsid w:val="00FD35EB"/>
    <w:rsid w:val="00FE0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D4EFF"/>
  <w14:defaultImageDpi w14:val="300"/>
  <w15:docId w15:val="{BE864BE6-1099-46DE-BDF5-6BFEC105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Reviewer</cp:lastModifiedBy>
  <cp:revision>2</cp:revision>
  <dcterms:created xsi:type="dcterms:W3CDTF">2026-06-27T08:03:00Z</dcterms:created>
  <dcterms:modified xsi:type="dcterms:W3CDTF">2026-06-27T08:03:00Z</dcterms:modified>
  <cp:category/>
</cp:coreProperties>
</file>